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אבני הבניין המרכזיות לכתיבת הנחיה (פרומפט)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ושימוש בתפקיד, משימה, הקשר, פורמט, מגבלות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לכרטיס יציאה מסכם בשיטת 3-2-1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בדיוק מבקשים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מידע רקע שיעזור להבין את הבקשה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להמחיש איזה סגנון או תוצאה 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שדרוג הוא שיפור כולל של הפרומפט אחרי שרואים את התוצאה הראשונה, לא רק 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כדאי לוודא עובדות לפני שימוש במידע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לשמור על פרטיות ולא לשתף מידע אישי 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הקשר הוא מידע רקע, והמשימה היא הבקשה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אבן בניין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(מגדיר מי 'עונה' ובאיזה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בדיוק מבקשים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(מידע רקע שעוזר להבין את הבקשה)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(הצורה שבה תוצג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(גבולות כמו אורך או 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שדרוג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את/ה מארגן/ת אירועים מנוסה. המשימה היא להציע רעיון למסיבת יום הולדת לילד בן 8. ההקשר: המסיבה תתקיים בגינה ציבורית בקיץ.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המידע שחוזר לא תמיד מדויק, וחשוב לוודא שהוא נכון לפני שמשתמשים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כרטיס יציאה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לפחות 3 אבני בניין מדויקות, 2 רעיונות שדרוג קונקרטיים, ושאלה רלוונטית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שנזכרו לפחות שלוש אבני בניין נכונות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שהשדרוגים קונקרטיים ולא כלליים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לאסוף את השאלות ולהתייחס אליהן בשיעור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ה-match לפני המעבר לכתיבה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כמה דוגמאות מהכיתה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חינוך 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פרומפט זה בקשה כתובה. יש בה חלקים חשובים. נתרגל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'עונה' ובאיזה תפקיד, למשל מורה או טבח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בדיוק מבקשים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רקע שעוזר להבין את הבקשה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התשובה תיראה - רשימה, טבלה, 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גבולות כמו אורך, שפה או רמת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המחשה של הסגנון או התוצאה הרצויה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הפרומפט אחרי שרואים את התשובה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בדיקת עובדות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שהמידע שחזר נכון ומדויק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מגדיר מי עונה?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'משימה'?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הרקע לבקשה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בדיוק מבקשים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התשובה תיראה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מילים מותר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מידע רקע שיעזור להבין את הבקשה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להגביל את האורך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קובע את צורת התשובה?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נותנים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להאריך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להמחיש איזה סגנון או תוצאה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להסתיר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לבדוק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'שדרוג' הוא תמיד רק תיקון שגיאות כתיב בפרומפט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'בדיקת עובדות' חשובה כי לא כל מידע שמתקבל נכון במאה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בפרומפט כל מידע אישי רגיש כדי לקבל תשובה טובה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'הקשר' ו'משימה' הם בדיוק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אבן בניין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הצורה שבה תוצג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מגדיר מי 'עונה' ובאיזה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גבולות כמו אורך או 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בדיוק מבקשים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רקע שעוזר להבין את הבקשה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מבקשים שהתשובה תוצג כרשימה ממוספרת, זו אבן הבניין שנקראת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'את/ה מדריך טיולים בירושלים' הוא דוגמה לאבן הבניין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שמשתמשים במידע שחזר, חשוב לבצע __________ כדי לוודא שהוא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משפרים פרומפט אחרי שרואים את התשובה הראשונה, קוראים לזה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פרומפט קצר של 2-3 משפטים הכולל תפקיד, משימה והקשר, בנושא תכנון מסיבת יום הולדת.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לבדוק עובדות אחרי קבלת 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כרטיס יציאה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יציאה בשיטת 3-2-1: שלוש אבני בניין שזכרתם, שני שדרוגים שתנסו השבוע, ושאלה אחת שנשארה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אבני בניין של פרומפט שזכרתם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דברים שתשפרו בפרומפט הבא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שעוד נשארה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אבני הבניין של פרומפט מנצח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